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70DD8" w14:textId="77777777" w:rsidR="00C85C0B" w:rsidRDefault="00C85C0B">
      <w:pPr>
        <w:spacing w:line="168" w:lineRule="auto"/>
        <w:rPr>
          <w:lang w:val="fr-FR"/>
        </w:rPr>
      </w:pPr>
    </w:p>
    <w:p w14:paraId="11DA72F2" w14:textId="77777777" w:rsidR="0091251D" w:rsidRDefault="0091251D">
      <w:pPr>
        <w:spacing w:line="168" w:lineRule="auto"/>
        <w:rPr>
          <w:lang w:val="fr-FR"/>
        </w:rPr>
      </w:pPr>
    </w:p>
    <w:p w14:paraId="04786B49" w14:textId="1AB879EE" w:rsidR="0091251D" w:rsidRDefault="0091251D" w:rsidP="0091251D">
      <w:pPr>
        <w:tabs>
          <w:tab w:val="left" w:pos="1380"/>
        </w:tabs>
        <w:spacing w:line="168" w:lineRule="auto"/>
        <w:rPr>
          <w:lang w:val="fr-FR"/>
        </w:rPr>
      </w:pPr>
      <w:r>
        <w:rPr>
          <w:lang w:val="fr-FR"/>
        </w:rPr>
        <w:tab/>
      </w:r>
    </w:p>
    <w:p w14:paraId="322A71F5" w14:textId="77777777" w:rsidR="0091251D" w:rsidRDefault="0091251D" w:rsidP="0091251D">
      <w:pPr>
        <w:tabs>
          <w:tab w:val="left" w:pos="1380"/>
        </w:tabs>
        <w:spacing w:line="168" w:lineRule="auto"/>
        <w:rPr>
          <w:lang w:val="fr-FR"/>
        </w:rPr>
      </w:pPr>
    </w:p>
    <w:p w14:paraId="21629D52" w14:textId="77777777" w:rsidR="0091251D" w:rsidRDefault="0091251D" w:rsidP="0091251D">
      <w:pPr>
        <w:tabs>
          <w:tab w:val="left" w:pos="1380"/>
        </w:tabs>
        <w:spacing w:line="168" w:lineRule="auto"/>
        <w:rPr>
          <w:lang w:val="fr-FR"/>
        </w:rPr>
      </w:pPr>
      <w:bookmarkStart w:id="0" w:name="_GoBack"/>
      <w:bookmarkEnd w:id="0"/>
    </w:p>
    <w:p w14:paraId="5F3A1A0B" w14:textId="77777777" w:rsidR="0091251D" w:rsidRPr="00150E80" w:rsidRDefault="0091251D" w:rsidP="0091251D">
      <w:pPr>
        <w:tabs>
          <w:tab w:val="left" w:pos="1380"/>
        </w:tabs>
        <w:spacing w:line="168" w:lineRule="auto"/>
        <w:rPr>
          <w:lang w:val="fr-FR"/>
        </w:rPr>
      </w:pPr>
    </w:p>
    <w:tbl>
      <w:tblPr>
        <w:tblpPr w:leftFromText="180" w:rightFromText="180" w:vertAnchor="page" w:horzAnchor="margin" w:tblpY="3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3744"/>
        <w:gridCol w:w="1757"/>
        <w:gridCol w:w="2321"/>
      </w:tblGrid>
      <w:tr w:rsidR="0091251D" w:rsidRPr="005438A5" w14:paraId="1B8BAB85" w14:textId="77777777" w:rsidTr="00052A5C">
        <w:tc>
          <w:tcPr>
            <w:tcW w:w="855" w:type="pct"/>
            <w:vMerge w:val="restart"/>
            <w:vAlign w:val="center"/>
          </w:tcPr>
          <w:p w14:paraId="230FC7E4" w14:textId="77777777" w:rsidR="0091251D" w:rsidRPr="005438A5" w:rsidRDefault="0091251D" w:rsidP="00052A5C">
            <w:pPr>
              <w:jc w:val="center"/>
              <w:rPr>
                <w:rFonts w:cs="Times New Roman"/>
                <w:i/>
                <w:iCs/>
              </w:rPr>
            </w:pPr>
            <w:r w:rsidRPr="005438A5">
              <w:rPr>
                <w:noProof/>
              </w:rPr>
              <w:drawing>
                <wp:inline distT="0" distB="0" distL="0" distR="0" wp14:anchorId="18542FC4" wp14:editId="70B93749">
                  <wp:extent cx="1000125" cy="1104900"/>
                  <wp:effectExtent l="0" t="0" r="9525" b="0"/>
                  <wp:docPr id="2" name="Picture 2" descr="https://www.primaria-gagesti-vaslui.ro/ari_afisare_imagine.php?image=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rimaria-gagesti-vaslui.ro/ari_afisare_imagine.php?image=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pct"/>
            <w:gridSpan w:val="3"/>
          </w:tcPr>
          <w:p w14:paraId="2F744BC6" w14:textId="77777777" w:rsidR="0091251D" w:rsidRPr="005438A5" w:rsidRDefault="0091251D" w:rsidP="00052A5C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Județul</w:t>
            </w:r>
            <w:proofErr w:type="spellEnd"/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 VASLUI</w:t>
            </w:r>
          </w:p>
        </w:tc>
      </w:tr>
      <w:tr w:rsidR="0091251D" w:rsidRPr="005438A5" w14:paraId="248B671E" w14:textId="77777777" w:rsidTr="00052A5C">
        <w:tc>
          <w:tcPr>
            <w:tcW w:w="855" w:type="pct"/>
            <w:vMerge/>
          </w:tcPr>
          <w:p w14:paraId="583FD6D2" w14:textId="77777777" w:rsidR="0091251D" w:rsidRPr="005438A5" w:rsidRDefault="0091251D" w:rsidP="00052A5C">
            <w:pPr>
              <w:rPr>
                <w:rFonts w:cs="Times New Roman"/>
              </w:rPr>
            </w:pPr>
          </w:p>
        </w:tc>
        <w:tc>
          <w:tcPr>
            <w:tcW w:w="4145" w:type="pct"/>
            <w:gridSpan w:val="3"/>
          </w:tcPr>
          <w:p w14:paraId="24211766" w14:textId="77777777" w:rsidR="0091251D" w:rsidRPr="005438A5" w:rsidRDefault="0091251D" w:rsidP="00052A5C">
            <w:pPr>
              <w:rPr>
                <w:rFonts w:cs="Times New Roman"/>
                <w:sz w:val="20"/>
                <w:szCs w:val="20"/>
              </w:rPr>
            </w:pPr>
            <w:r w:rsidRPr="005438A5">
              <w:rPr>
                <w:rFonts w:cs="Times New Roman"/>
                <w:b/>
                <w:bCs/>
                <w:sz w:val="20"/>
                <w:szCs w:val="20"/>
              </w:rPr>
              <w:t>PRIMĂRIA COMUNEI GĂGEȘTI</w:t>
            </w:r>
          </w:p>
        </w:tc>
      </w:tr>
      <w:tr w:rsidR="0091251D" w:rsidRPr="005438A5" w14:paraId="621DD391" w14:textId="77777777" w:rsidTr="00052A5C">
        <w:tc>
          <w:tcPr>
            <w:tcW w:w="855" w:type="pct"/>
            <w:vMerge/>
          </w:tcPr>
          <w:p w14:paraId="12FFB32E" w14:textId="77777777" w:rsidR="0091251D" w:rsidRPr="005438A5" w:rsidRDefault="0091251D" w:rsidP="00052A5C">
            <w:pPr>
              <w:rPr>
                <w:rFonts w:cs="Times New Roman"/>
              </w:rPr>
            </w:pPr>
          </w:p>
        </w:tc>
        <w:tc>
          <w:tcPr>
            <w:tcW w:w="1972" w:type="pct"/>
          </w:tcPr>
          <w:p w14:paraId="7689B7E9" w14:textId="77777777" w:rsidR="0091251D" w:rsidRPr="005438A5" w:rsidRDefault="0091251D" w:rsidP="00052A5C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Cod de </w:t>
            </w: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identificare</w:t>
            </w:r>
            <w:proofErr w:type="spellEnd"/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fiscală</w:t>
            </w:r>
            <w:proofErr w:type="spellEnd"/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 (CIF)</w:t>
            </w:r>
          </w:p>
          <w:p w14:paraId="1C615B6F" w14:textId="77777777" w:rsidR="0091251D" w:rsidRPr="005438A5" w:rsidRDefault="0091251D" w:rsidP="00052A5C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5438A5">
              <w:rPr>
                <w:rFonts w:cs="Times New Roman"/>
                <w:b/>
                <w:bCs/>
                <w:sz w:val="20"/>
                <w:szCs w:val="20"/>
              </w:rPr>
              <w:t>3552050</w:t>
            </w:r>
          </w:p>
        </w:tc>
        <w:tc>
          <w:tcPr>
            <w:tcW w:w="2173" w:type="pct"/>
            <w:gridSpan w:val="2"/>
          </w:tcPr>
          <w:p w14:paraId="5DFD797B" w14:textId="77777777" w:rsidR="0091251D" w:rsidRPr="005438A5" w:rsidRDefault="0091251D" w:rsidP="00052A5C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Adresa</w:t>
            </w:r>
            <w:proofErr w:type="spellEnd"/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oficială</w:t>
            </w:r>
            <w:proofErr w:type="spellEnd"/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02A3A73" w14:textId="77777777" w:rsidR="0091251D" w:rsidRPr="005438A5" w:rsidRDefault="0091251D" w:rsidP="00052A5C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Str. </w:t>
            </w: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Principală</w:t>
            </w:r>
            <w:proofErr w:type="spellEnd"/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 nr.52, </w:t>
            </w: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Găgești</w:t>
            </w:r>
            <w:proofErr w:type="spellEnd"/>
          </w:p>
          <w:p w14:paraId="4F1134A7" w14:textId="77777777" w:rsidR="0091251D" w:rsidRPr="005438A5" w:rsidRDefault="0091251D" w:rsidP="00052A5C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5438A5">
              <w:rPr>
                <w:rFonts w:cs="Times New Roman"/>
                <w:b/>
                <w:bCs/>
                <w:sz w:val="20"/>
                <w:szCs w:val="20"/>
              </w:rPr>
              <w:t>Tel.0235.429.788</w:t>
            </w:r>
            <w:r w:rsidRPr="005438A5">
              <w:rPr>
                <w:rFonts w:cs="Times New Roman"/>
                <w:b/>
                <w:bCs/>
                <w:sz w:val="20"/>
                <w:szCs w:val="20"/>
                <w:lang w:val="en-GB"/>
              </w:rPr>
              <w:t>; contact@primaria-gagesti-vaslui.ro</w:t>
            </w:r>
          </w:p>
        </w:tc>
      </w:tr>
      <w:tr w:rsidR="0091251D" w:rsidRPr="005438A5" w14:paraId="4339B7FD" w14:textId="77777777" w:rsidTr="00052A5C">
        <w:tc>
          <w:tcPr>
            <w:tcW w:w="855" w:type="pct"/>
            <w:vMerge/>
          </w:tcPr>
          <w:p w14:paraId="2D4A46E8" w14:textId="77777777" w:rsidR="0091251D" w:rsidRPr="005438A5" w:rsidRDefault="0091251D" w:rsidP="00052A5C">
            <w:pPr>
              <w:rPr>
                <w:rFonts w:cs="Times New Roman"/>
              </w:rPr>
            </w:pPr>
          </w:p>
        </w:tc>
        <w:tc>
          <w:tcPr>
            <w:tcW w:w="2912" w:type="pct"/>
            <w:gridSpan w:val="2"/>
          </w:tcPr>
          <w:p w14:paraId="158EF4F8" w14:textId="77777777" w:rsidR="0091251D" w:rsidRPr="005438A5" w:rsidRDefault="0091251D" w:rsidP="00052A5C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Număr</w:t>
            </w:r>
            <w:proofErr w:type="spellEnd"/>
            <w:r w:rsidRPr="005438A5">
              <w:rPr>
                <w:rFonts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5438A5">
              <w:rPr>
                <w:rFonts w:cs="Times New Roman"/>
                <w:b/>
                <w:bCs/>
                <w:sz w:val="20"/>
                <w:szCs w:val="20"/>
              </w:rPr>
              <w:t>înregistrare</w:t>
            </w:r>
            <w:proofErr w:type="spellEnd"/>
          </w:p>
          <w:p w14:paraId="28589AE6" w14:textId="77777777" w:rsidR="0091251D" w:rsidRPr="005438A5" w:rsidRDefault="0091251D" w:rsidP="00052A5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33" w:type="pct"/>
          </w:tcPr>
          <w:p w14:paraId="6A3B23FF" w14:textId="77777777" w:rsidR="0091251D" w:rsidRPr="005438A5" w:rsidRDefault="0091251D" w:rsidP="00052A5C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5438A5">
              <w:rPr>
                <w:rFonts w:cs="Times New Roman"/>
                <w:b/>
                <w:bCs/>
                <w:sz w:val="20"/>
                <w:szCs w:val="20"/>
              </w:rPr>
              <w:t>Data</w:t>
            </w:r>
          </w:p>
          <w:p w14:paraId="79E0E18C" w14:textId="77777777" w:rsidR="0091251D" w:rsidRPr="005438A5" w:rsidRDefault="0091251D" w:rsidP="00052A5C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0EFADD9B" w14:textId="77777777" w:rsidR="00C85C0B" w:rsidRPr="003A7070" w:rsidRDefault="006E6572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6E6572">
      <w:pPr>
        <w:spacing w:after="120"/>
        <w:jc w:val="center"/>
      </w:pPr>
      <w:proofErr w:type="spellStart"/>
      <w:proofErr w:type="gramStart"/>
      <w:r>
        <w:rPr>
          <w:sz w:val="19"/>
        </w:rPr>
        <w:t>privind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6E657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6E6572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6E6572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6E6572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6E6572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6E6572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6E657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6E657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6E6572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6E6572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6E6572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6E6572"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6E6572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6E6572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6E6572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6E6572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6E6572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6E6572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proofErr w:type="spellStart"/>
            <w:r>
              <w:t>Legea</w:t>
            </w:r>
            <w:proofErr w:type="spellEnd"/>
            <w:r>
              <w:t xml:space="preserve">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</w:t>
            </w:r>
            <w:proofErr w:type="spellStart"/>
            <w:r>
              <w:t>formular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6E6572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6E6572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6E6572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6E6572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0F06C" w14:textId="77777777" w:rsidR="00DE5A9A" w:rsidRDefault="00DE5A9A">
      <w:r>
        <w:separator/>
      </w:r>
    </w:p>
  </w:endnote>
  <w:endnote w:type="continuationSeparator" w:id="0">
    <w:p w14:paraId="24CA29C7" w14:textId="77777777" w:rsidR="00DE5A9A" w:rsidRDefault="00DE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A5726" w14:textId="3167148F" w:rsidR="00C85C0B" w:rsidRDefault="006E6572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1251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1251D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1608F" w14:textId="77777777" w:rsidR="00DE5A9A" w:rsidRDefault="00DE5A9A">
      <w:r>
        <w:separator/>
      </w:r>
    </w:p>
  </w:footnote>
  <w:footnote w:type="continuationSeparator" w:id="0">
    <w:p w14:paraId="5EE1166E" w14:textId="77777777" w:rsidR="00DE5A9A" w:rsidRDefault="00DE5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3AE7"/>
    <w:rsid w:val="0015074B"/>
    <w:rsid w:val="00150E80"/>
    <w:rsid w:val="0029639D"/>
    <w:rsid w:val="00326F90"/>
    <w:rsid w:val="00360F70"/>
    <w:rsid w:val="003A7070"/>
    <w:rsid w:val="003F0F62"/>
    <w:rsid w:val="00546FA6"/>
    <w:rsid w:val="005C02E4"/>
    <w:rsid w:val="006E6572"/>
    <w:rsid w:val="0091251D"/>
    <w:rsid w:val="00AA1D8D"/>
    <w:rsid w:val="00B47730"/>
    <w:rsid w:val="00B94163"/>
    <w:rsid w:val="00C85C0B"/>
    <w:rsid w:val="00CB0664"/>
    <w:rsid w:val="00DE5A9A"/>
    <w:rsid w:val="00E107A5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0E3AE7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890D4E-6430-467B-83C5-27791F6FB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Ruxi</cp:lastModifiedBy>
  <cp:revision>3</cp:revision>
  <dcterms:created xsi:type="dcterms:W3CDTF">2026-09-14T09:03:00Z</dcterms:created>
  <dcterms:modified xsi:type="dcterms:W3CDTF">2026-09-16T20:43:00Z</dcterms:modified>
  <cp:category/>
</cp:coreProperties>
</file>